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C1A5F" w14:textId="77777777" w:rsidR="004A5ABB" w:rsidRDefault="008F5FE9">
      <w:pPr>
        <w:jc w:val="center"/>
      </w:pPr>
      <w:r>
        <w:rPr>
          <w:b/>
          <w:sz w:val="48"/>
        </w:rPr>
        <w:t>Present Tense — Monitor Mix</w:t>
      </w:r>
    </w:p>
    <w:p w14:paraId="22ECA3ED" w14:textId="77777777" w:rsidR="004A5ABB" w:rsidRDefault="008F5FE9">
      <w:pPr>
        <w:jc w:val="center"/>
      </w:pPr>
      <w:r>
        <w:rPr>
          <w:b/>
          <w:sz w:val="30"/>
        </w:rPr>
        <w:t>Technical &amp; Hospitality Rider</w:t>
      </w:r>
    </w:p>
    <w:p w14:paraId="6B5986D9" w14:textId="639F7A82" w:rsidR="004A5ABB" w:rsidRDefault="008F5FE9">
      <w:pPr>
        <w:jc w:val="center"/>
      </w:pPr>
      <w:r>
        <w:rPr>
          <w:i/>
        </w:rPr>
        <w:t xml:space="preserve">Version 1.0 • </w:t>
      </w:r>
      <w:r w:rsidR="00074D7D">
        <w:rPr>
          <w:i/>
        </w:rPr>
        <w:t>September</w:t>
      </w:r>
      <w:r>
        <w:rPr>
          <w:i/>
        </w:rPr>
        <w:t xml:space="preserve"> 2026</w:t>
      </w:r>
    </w:p>
    <w:p w14:paraId="6497252C" w14:textId="77777777" w:rsidR="004A5ABB" w:rsidRDefault="008F5FE9">
      <w:pPr>
        <w:pStyle w:val="Kop1"/>
      </w:pPr>
      <w:r>
        <w:t>Five independent monitor mixes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4A5ABB" w14:paraId="0F4A9531" w14:textId="77777777">
        <w:trPr>
          <w:jc w:val="center"/>
        </w:trPr>
        <w:tc>
          <w:tcPr>
            <w:tcW w:w="3324" w:type="dxa"/>
            <w:shd w:val="clear" w:color="auto" w:fill="D9E1F2"/>
            <w:vAlign w:val="center"/>
          </w:tcPr>
          <w:p w14:paraId="1579EA05" w14:textId="77777777" w:rsidR="004A5ABB" w:rsidRDefault="008F5FE9">
            <w:r>
              <w:rPr>
                <w:b/>
              </w:rPr>
              <w:t>Mix</w:t>
            </w:r>
          </w:p>
        </w:tc>
        <w:tc>
          <w:tcPr>
            <w:tcW w:w="3324" w:type="dxa"/>
            <w:shd w:val="clear" w:color="auto" w:fill="D9E1F2"/>
            <w:vAlign w:val="center"/>
          </w:tcPr>
          <w:p w14:paraId="01137DEA" w14:textId="77777777" w:rsidR="004A5ABB" w:rsidRDefault="008F5FE9">
            <w:r>
              <w:rPr>
                <w:b/>
              </w:rPr>
              <w:t>Primary focus</w:t>
            </w:r>
          </w:p>
        </w:tc>
        <w:tc>
          <w:tcPr>
            <w:tcW w:w="3324" w:type="dxa"/>
            <w:shd w:val="clear" w:color="auto" w:fill="D9E1F2"/>
            <w:vAlign w:val="center"/>
          </w:tcPr>
          <w:p w14:paraId="63D2210B" w14:textId="77777777" w:rsidR="004A5ABB" w:rsidRDefault="008F5FE9">
            <w:r>
              <w:rPr>
                <w:b/>
              </w:rPr>
              <w:t>Additional content</w:t>
            </w:r>
          </w:p>
        </w:tc>
      </w:tr>
      <w:tr w:rsidR="004A5ABB" w14:paraId="0CEBAD5C" w14:textId="77777777">
        <w:trPr>
          <w:jc w:val="center"/>
        </w:trPr>
        <w:tc>
          <w:tcPr>
            <w:tcW w:w="3324" w:type="dxa"/>
          </w:tcPr>
          <w:p w14:paraId="3B4A30D9" w14:textId="77777777" w:rsidR="004A5ABB" w:rsidRDefault="008F5FE9">
            <w:r>
              <w:t>1 — Brian</w:t>
            </w:r>
          </w:p>
        </w:tc>
        <w:tc>
          <w:tcPr>
            <w:tcW w:w="3324" w:type="dxa"/>
          </w:tcPr>
          <w:p w14:paraId="2840C994" w14:textId="77777777" w:rsidR="004A5ABB" w:rsidRDefault="008F5FE9">
            <w:r>
              <w:t>Brian guitar/vocal + Job vocal (high)</w:t>
            </w:r>
          </w:p>
        </w:tc>
        <w:tc>
          <w:tcPr>
            <w:tcW w:w="3324" w:type="dxa"/>
          </w:tcPr>
          <w:p w14:paraId="5881F6F3" w14:textId="77777777" w:rsidR="004A5ABB" w:rsidRDefault="008F5FE9">
            <w:r>
              <w:t>Finn/Eddy medium; kick medium; snare/hi-hat low</w:t>
            </w:r>
          </w:p>
        </w:tc>
      </w:tr>
      <w:tr w:rsidR="004A5ABB" w14:paraId="7FEBEC89" w14:textId="77777777">
        <w:trPr>
          <w:jc w:val="center"/>
        </w:trPr>
        <w:tc>
          <w:tcPr>
            <w:tcW w:w="3324" w:type="dxa"/>
          </w:tcPr>
          <w:p w14:paraId="4866572C" w14:textId="77777777" w:rsidR="004A5ABB" w:rsidRDefault="008F5FE9">
            <w:r>
              <w:t>2 — Finn</w:t>
            </w:r>
          </w:p>
        </w:tc>
        <w:tc>
          <w:tcPr>
            <w:tcW w:w="3324" w:type="dxa"/>
          </w:tcPr>
          <w:p w14:paraId="192B0808" w14:textId="77777777" w:rsidR="004A5ABB" w:rsidRDefault="008F5FE9">
            <w:r>
              <w:t>Finn guitar + Job vocal (high)</w:t>
            </w:r>
          </w:p>
        </w:tc>
        <w:tc>
          <w:tcPr>
            <w:tcW w:w="3324" w:type="dxa"/>
          </w:tcPr>
          <w:p w14:paraId="22DFD49A" w14:textId="77777777" w:rsidR="004A5ABB" w:rsidRDefault="008F5FE9">
            <w:r>
              <w:t>Brian guitar, Eddy bass/vocal, kick medium; snare/hi-hat low</w:t>
            </w:r>
          </w:p>
        </w:tc>
      </w:tr>
      <w:tr w:rsidR="004A5ABB" w14:paraId="23E1AEF8" w14:textId="77777777">
        <w:trPr>
          <w:jc w:val="center"/>
        </w:trPr>
        <w:tc>
          <w:tcPr>
            <w:tcW w:w="3324" w:type="dxa"/>
          </w:tcPr>
          <w:p w14:paraId="18DE46BF" w14:textId="77777777" w:rsidR="004A5ABB" w:rsidRDefault="008F5FE9">
            <w:r>
              <w:t>3 — Eddy</w:t>
            </w:r>
          </w:p>
        </w:tc>
        <w:tc>
          <w:tcPr>
            <w:tcW w:w="3324" w:type="dxa"/>
          </w:tcPr>
          <w:p w14:paraId="224CD459" w14:textId="77777777" w:rsidR="004A5ABB" w:rsidRDefault="008F5FE9">
            <w:r>
              <w:t>Eddy bass/vocal + Job vocal (high)</w:t>
            </w:r>
          </w:p>
        </w:tc>
        <w:tc>
          <w:tcPr>
            <w:tcW w:w="3324" w:type="dxa"/>
          </w:tcPr>
          <w:p w14:paraId="787B0E54" w14:textId="77777777" w:rsidR="004A5ABB" w:rsidRDefault="008F5FE9">
            <w:r>
              <w:t>Guitars and kick medium; snare/hi-hat low</w:t>
            </w:r>
          </w:p>
        </w:tc>
      </w:tr>
      <w:tr w:rsidR="004A5ABB" w14:paraId="3535E631" w14:textId="77777777">
        <w:trPr>
          <w:jc w:val="center"/>
        </w:trPr>
        <w:tc>
          <w:tcPr>
            <w:tcW w:w="3324" w:type="dxa"/>
          </w:tcPr>
          <w:p w14:paraId="24021CB6" w14:textId="77777777" w:rsidR="004A5ABB" w:rsidRDefault="008F5FE9">
            <w:r>
              <w:t>4 — Job</w:t>
            </w:r>
          </w:p>
        </w:tc>
        <w:tc>
          <w:tcPr>
            <w:tcW w:w="3324" w:type="dxa"/>
          </w:tcPr>
          <w:p w14:paraId="001449F0" w14:textId="77777777" w:rsidR="004A5ABB" w:rsidRDefault="008F5FE9">
            <w:r>
              <w:t>Job vocal (high)</w:t>
            </w:r>
          </w:p>
        </w:tc>
        <w:tc>
          <w:tcPr>
            <w:tcW w:w="3324" w:type="dxa"/>
          </w:tcPr>
          <w:p w14:paraId="25652B2B" w14:textId="77777777" w:rsidR="004A5ABB" w:rsidRDefault="008F5FE9">
            <w:r>
              <w:t>Eddy/Brian vocals, guitars, bass, kick medium; snare/hi-hat low</w:t>
            </w:r>
          </w:p>
        </w:tc>
      </w:tr>
      <w:tr w:rsidR="004A5ABB" w14:paraId="3AE503A6" w14:textId="77777777">
        <w:trPr>
          <w:jc w:val="center"/>
        </w:trPr>
        <w:tc>
          <w:tcPr>
            <w:tcW w:w="3324" w:type="dxa"/>
          </w:tcPr>
          <w:p w14:paraId="6FCCB78C" w14:textId="77777777" w:rsidR="004A5ABB" w:rsidRDefault="008F5FE9">
            <w:r>
              <w:t>5 — Dean</w:t>
            </w:r>
          </w:p>
        </w:tc>
        <w:tc>
          <w:tcPr>
            <w:tcW w:w="3324" w:type="dxa"/>
          </w:tcPr>
          <w:p w14:paraId="1BAA5638" w14:textId="77777777" w:rsidR="004A5ABB" w:rsidRDefault="008F5FE9">
            <w:r>
              <w:t>Drums + Job vocal + Eddy bass (high)</w:t>
            </w:r>
          </w:p>
        </w:tc>
        <w:tc>
          <w:tcPr>
            <w:tcW w:w="3324" w:type="dxa"/>
          </w:tcPr>
          <w:p w14:paraId="70BA6C98" w14:textId="77777777" w:rsidR="004A5ABB" w:rsidRDefault="008F5FE9">
            <w:r>
              <w:t>Brian vocal/guitar, Finn guitar, kick/snare/hi-hat per drum balance</w:t>
            </w:r>
          </w:p>
        </w:tc>
      </w:tr>
    </w:tbl>
    <w:p w14:paraId="7EC9B7AA" w14:textId="77777777" w:rsidR="004A5ABB" w:rsidRDefault="004A5ABB"/>
    <w:p w14:paraId="1B97F616" w14:textId="77777777" w:rsidR="004A5ABB" w:rsidRDefault="008F5FE9">
      <w:r>
        <w:t>These are starting mixes only; final balances are set during soundcheck.</w:t>
      </w:r>
    </w:p>
    <w:p w14:paraId="4AF0BA0A" w14:textId="77777777" w:rsidR="0044772F" w:rsidRDefault="0044772F"/>
    <w:p w14:paraId="661BDB6C" w14:textId="77777777" w:rsidR="0044772F" w:rsidRDefault="0044772F"/>
    <w:p w14:paraId="21E0A209" w14:textId="77777777" w:rsidR="0044772F" w:rsidRDefault="0044772F"/>
    <w:p w14:paraId="672F0F2C" w14:textId="77777777" w:rsidR="0044772F" w:rsidRDefault="0044772F"/>
    <w:p w14:paraId="4C100A63" w14:textId="1E6B4C90" w:rsidR="0044772F" w:rsidRDefault="0044772F" w:rsidP="0044772F">
      <w:pPr>
        <w:jc w:val="center"/>
      </w:pPr>
      <w:r w:rsidRPr="00193C87">
        <w:rPr>
          <w:noProof/>
        </w:rPr>
        <w:drawing>
          <wp:inline distT="0" distB="0" distL="0" distR="0" wp14:anchorId="1564E690" wp14:editId="5AEDE945">
            <wp:extent cx="1466850" cy="1571625"/>
            <wp:effectExtent l="0" t="0" r="0" b="9525"/>
            <wp:docPr id="49634590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34590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68419" cy="1573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772F" w:rsidSect="0003461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9CC95" w14:textId="77777777" w:rsidR="00433A65" w:rsidRDefault="00433A65">
      <w:pPr>
        <w:spacing w:after="0" w:line="240" w:lineRule="auto"/>
      </w:pPr>
      <w:r>
        <w:separator/>
      </w:r>
    </w:p>
  </w:endnote>
  <w:endnote w:type="continuationSeparator" w:id="0">
    <w:p w14:paraId="4C5B6AED" w14:textId="77777777" w:rsidR="00433A65" w:rsidRDefault="00433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1E270" w14:textId="77777777" w:rsidR="004A5ABB" w:rsidRDefault="004A5AB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AFACB" w14:textId="77777777" w:rsidR="004A5ABB" w:rsidRDefault="004A5AB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4938F" w14:textId="77777777" w:rsidR="004A5ABB" w:rsidRDefault="004A5AB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6558F" w14:textId="77777777" w:rsidR="00433A65" w:rsidRDefault="00433A65">
      <w:pPr>
        <w:spacing w:after="0" w:line="240" w:lineRule="auto"/>
      </w:pPr>
      <w:r>
        <w:separator/>
      </w:r>
    </w:p>
  </w:footnote>
  <w:footnote w:type="continuationSeparator" w:id="0">
    <w:p w14:paraId="0011E884" w14:textId="77777777" w:rsidR="00433A65" w:rsidRDefault="00433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CB9F1" w14:textId="77777777" w:rsidR="004A5ABB" w:rsidRDefault="004A5AB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B516" w14:textId="77777777" w:rsidR="004A5ABB" w:rsidRDefault="004A5AB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A5134" w14:textId="77777777" w:rsidR="004A5ABB" w:rsidRDefault="004A5AB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4138727">
    <w:abstractNumId w:val="8"/>
  </w:num>
  <w:num w:numId="2" w16cid:durableId="575212020">
    <w:abstractNumId w:val="6"/>
  </w:num>
  <w:num w:numId="3" w16cid:durableId="1028408209">
    <w:abstractNumId w:val="5"/>
  </w:num>
  <w:num w:numId="4" w16cid:durableId="1977442321">
    <w:abstractNumId w:val="4"/>
  </w:num>
  <w:num w:numId="5" w16cid:durableId="902374496">
    <w:abstractNumId w:val="7"/>
  </w:num>
  <w:num w:numId="6" w16cid:durableId="1515419781">
    <w:abstractNumId w:val="3"/>
  </w:num>
  <w:num w:numId="7" w16cid:durableId="651761664">
    <w:abstractNumId w:val="2"/>
  </w:num>
  <w:num w:numId="8" w16cid:durableId="2041587370">
    <w:abstractNumId w:val="1"/>
  </w:num>
  <w:num w:numId="9" w16cid:durableId="1553925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66F"/>
    <w:rsid w:val="00034616"/>
    <w:rsid w:val="000574E9"/>
    <w:rsid w:val="0006063C"/>
    <w:rsid w:val="00074D7D"/>
    <w:rsid w:val="0015074B"/>
    <w:rsid w:val="0029639D"/>
    <w:rsid w:val="00297D05"/>
    <w:rsid w:val="00326F90"/>
    <w:rsid w:val="00433A65"/>
    <w:rsid w:val="0044772F"/>
    <w:rsid w:val="004A5ABB"/>
    <w:rsid w:val="00651162"/>
    <w:rsid w:val="00873C5E"/>
    <w:rsid w:val="008E171A"/>
    <w:rsid w:val="008F5FE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76B211AF-AEAD-4484-B658-1D848DA2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Aptos" w:hAnsi="Aptos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1D4F99F10C2D4C8E491F8E90735312" ma:contentTypeVersion="13" ma:contentTypeDescription="Een nieuw document maken." ma:contentTypeScope="" ma:versionID="b4ffb18cc3632c1767ff62dc5c9747d2">
  <xsd:schema xmlns:xsd="http://www.w3.org/2001/XMLSchema" xmlns:xs="http://www.w3.org/2001/XMLSchema" xmlns:p="http://schemas.microsoft.com/office/2006/metadata/properties" xmlns:ns2="12ae9340-9f13-437e-8dc2-684d181c7ffc" xmlns:ns3="41a27952-bc3c-4cba-811c-0640c97b30ee" targetNamespace="http://schemas.microsoft.com/office/2006/metadata/properties" ma:root="true" ma:fieldsID="2c257a7cac6ae32fa084cb9128f2888a" ns2:_="" ns3:_="">
    <xsd:import namespace="12ae9340-9f13-437e-8dc2-684d181c7ffc"/>
    <xsd:import namespace="41a27952-bc3c-4cba-811c-0640c97b30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e9340-9f13-437e-8dc2-684d181c7f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53bec340-bc54-4fac-a819-1f599f89e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27952-bc3c-4cba-811c-0640c97b30e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8636a22-20a1-4f66-8c89-6a1d872d26d7}" ma:internalName="TaxCatchAll" ma:showField="CatchAllData" ma:web="41a27952-bc3c-4cba-811c-0640c97b30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ae9340-9f13-437e-8dc2-684d181c7ffc">
      <Terms xmlns="http://schemas.microsoft.com/office/infopath/2007/PartnerControls"/>
    </lcf76f155ced4ddcb4097134ff3c332f>
    <TaxCatchAll xmlns="41a27952-bc3c-4cba-811c-0640c97b30e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CA35AC-B19B-4A71-B785-9CAE30A6EB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ae9340-9f13-437e-8dc2-684d181c7ffc"/>
    <ds:schemaRef ds:uri="41a27952-bc3c-4cba-811c-0640c97b30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8F5CFD-4B06-4C7C-AB89-736A6363151B}">
  <ds:schemaRefs>
    <ds:schemaRef ds:uri="http://schemas.microsoft.com/office/2006/metadata/properties"/>
    <ds:schemaRef ds:uri="http://schemas.microsoft.com/office/infopath/2007/PartnerControls"/>
    <ds:schemaRef ds:uri="12ae9340-9f13-437e-8dc2-684d181c7ffc"/>
    <ds:schemaRef ds:uri="41a27952-bc3c-4cba-811c-0640c97b30ee"/>
  </ds:schemaRefs>
</ds:datastoreItem>
</file>

<file path=customXml/itemProps3.xml><?xml version="1.0" encoding="utf-8"?>
<ds:datastoreItem xmlns:ds="http://schemas.openxmlformats.org/officeDocument/2006/customXml" ds:itemID="{2F3BCEB2-F0A8-4AC7-B964-E3B68819C8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Barbara Provo</cp:lastModifiedBy>
  <cp:revision>2</cp:revision>
  <dcterms:created xsi:type="dcterms:W3CDTF">2026-09-17T11:29:00Z</dcterms:created>
  <dcterms:modified xsi:type="dcterms:W3CDTF">2026-09-17T11:29:00Z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0x010100551D4F99F10C2D4C8E491F8E90735312</vt:lpwstr>
  </property>
  <property fmtid="{D5CDD505-2E9C-101B-9397-08002B2CF9AE}" pid="3" name="MediaServiceImageTags">
    <vt:lpwstr/>
  </property>
</Properties>
</file>