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6A11F" w14:textId="77777777" w:rsidR="00412DAC" w:rsidRDefault="00952660">
      <w:pPr>
        <w:jc w:val="center"/>
      </w:pPr>
      <w:r>
        <w:rPr>
          <w:b/>
          <w:sz w:val="48"/>
        </w:rPr>
        <w:t>Present Tense — Input List</w:t>
      </w:r>
    </w:p>
    <w:p w14:paraId="119FF6B6" w14:textId="77777777" w:rsidR="00412DAC" w:rsidRDefault="00952660">
      <w:pPr>
        <w:jc w:val="center"/>
      </w:pPr>
      <w:r>
        <w:rPr>
          <w:b/>
          <w:sz w:val="30"/>
        </w:rPr>
        <w:t>Technical &amp; Hospitality Rider</w:t>
      </w:r>
    </w:p>
    <w:p w14:paraId="40C84C6E" w14:textId="4404FE60" w:rsidR="00412DAC" w:rsidRDefault="00952660">
      <w:pPr>
        <w:jc w:val="center"/>
      </w:pPr>
      <w:r>
        <w:rPr>
          <w:i/>
        </w:rPr>
        <w:t xml:space="preserve">Version 1.0 • </w:t>
      </w:r>
      <w:r w:rsidR="00391716">
        <w:rPr>
          <w:i/>
        </w:rPr>
        <w:t>September</w:t>
      </w:r>
      <w:r>
        <w:rPr>
          <w:i/>
        </w:rPr>
        <w:t xml:space="preserve"> 2026</w:t>
      </w:r>
    </w:p>
    <w:p w14:paraId="5F28E729" w14:textId="77777777" w:rsidR="00412DAC" w:rsidRDefault="00952660">
      <w:pPr>
        <w:pStyle w:val="Kop1"/>
      </w:pPr>
      <w:r>
        <w:t>15-channel input list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489"/>
        <w:gridCol w:w="2491"/>
        <w:gridCol w:w="2491"/>
        <w:gridCol w:w="2491"/>
      </w:tblGrid>
      <w:tr w:rsidR="00412DAC" w14:paraId="45733F13" w14:textId="77777777">
        <w:trPr>
          <w:jc w:val="center"/>
        </w:trPr>
        <w:tc>
          <w:tcPr>
            <w:tcW w:w="2493" w:type="dxa"/>
            <w:shd w:val="clear" w:color="auto" w:fill="D9E1F2"/>
            <w:vAlign w:val="center"/>
          </w:tcPr>
          <w:p w14:paraId="3F38E982" w14:textId="77777777" w:rsidR="00412DAC" w:rsidRDefault="00952660">
            <w:r>
              <w:rPr>
                <w:b/>
              </w:rPr>
              <w:t>Ch.</w:t>
            </w:r>
          </w:p>
        </w:tc>
        <w:tc>
          <w:tcPr>
            <w:tcW w:w="2493" w:type="dxa"/>
            <w:shd w:val="clear" w:color="auto" w:fill="D9E1F2"/>
            <w:vAlign w:val="center"/>
          </w:tcPr>
          <w:p w14:paraId="0563035C" w14:textId="77777777" w:rsidR="00412DAC" w:rsidRDefault="00952660">
            <w:r>
              <w:rPr>
                <w:b/>
              </w:rPr>
              <w:t>Source</w:t>
            </w:r>
          </w:p>
        </w:tc>
        <w:tc>
          <w:tcPr>
            <w:tcW w:w="2493" w:type="dxa"/>
            <w:shd w:val="clear" w:color="auto" w:fill="D9E1F2"/>
            <w:vAlign w:val="center"/>
          </w:tcPr>
          <w:p w14:paraId="42849FD0" w14:textId="77777777" w:rsidR="00412DAC" w:rsidRDefault="00952660">
            <w:r>
              <w:rPr>
                <w:b/>
              </w:rPr>
              <w:t>Performer</w:t>
            </w:r>
          </w:p>
        </w:tc>
        <w:tc>
          <w:tcPr>
            <w:tcW w:w="2493" w:type="dxa"/>
            <w:shd w:val="clear" w:color="auto" w:fill="D9E1F2"/>
            <w:vAlign w:val="center"/>
          </w:tcPr>
          <w:p w14:paraId="74F3BBA9" w14:textId="77777777" w:rsidR="00412DAC" w:rsidRDefault="00952660">
            <w:r>
              <w:rPr>
                <w:b/>
              </w:rPr>
              <w:t>Input</w:t>
            </w:r>
          </w:p>
        </w:tc>
      </w:tr>
      <w:tr w:rsidR="00412DAC" w14:paraId="7CBD83D3" w14:textId="77777777">
        <w:trPr>
          <w:jc w:val="center"/>
        </w:trPr>
        <w:tc>
          <w:tcPr>
            <w:tcW w:w="2493" w:type="dxa"/>
          </w:tcPr>
          <w:p w14:paraId="71479F54" w14:textId="77777777" w:rsidR="00412DAC" w:rsidRDefault="00952660">
            <w:r>
              <w:t>1</w:t>
            </w:r>
          </w:p>
        </w:tc>
        <w:tc>
          <w:tcPr>
            <w:tcW w:w="2493" w:type="dxa"/>
          </w:tcPr>
          <w:p w14:paraId="63B85B24" w14:textId="77777777" w:rsidR="00412DAC" w:rsidRDefault="00952660">
            <w:r>
              <w:t>Kick</w:t>
            </w:r>
          </w:p>
        </w:tc>
        <w:tc>
          <w:tcPr>
            <w:tcW w:w="2493" w:type="dxa"/>
          </w:tcPr>
          <w:p w14:paraId="328D5736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73577201" w14:textId="77777777" w:rsidR="00412DAC" w:rsidRDefault="00952660">
            <w:r>
              <w:t>Kick mic</w:t>
            </w:r>
          </w:p>
        </w:tc>
      </w:tr>
      <w:tr w:rsidR="00412DAC" w14:paraId="189800B9" w14:textId="77777777">
        <w:trPr>
          <w:jc w:val="center"/>
        </w:trPr>
        <w:tc>
          <w:tcPr>
            <w:tcW w:w="2493" w:type="dxa"/>
          </w:tcPr>
          <w:p w14:paraId="0D773269" w14:textId="77777777" w:rsidR="00412DAC" w:rsidRDefault="00952660">
            <w:r>
              <w:t>2</w:t>
            </w:r>
          </w:p>
        </w:tc>
        <w:tc>
          <w:tcPr>
            <w:tcW w:w="2493" w:type="dxa"/>
          </w:tcPr>
          <w:p w14:paraId="30D5AA41" w14:textId="77777777" w:rsidR="00412DAC" w:rsidRDefault="00952660">
            <w:r>
              <w:t>Snare</w:t>
            </w:r>
          </w:p>
        </w:tc>
        <w:tc>
          <w:tcPr>
            <w:tcW w:w="2493" w:type="dxa"/>
          </w:tcPr>
          <w:p w14:paraId="0FF15DBA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39A56171" w14:textId="77777777" w:rsidR="00412DAC" w:rsidRDefault="00952660">
            <w:r>
              <w:t>Snare mic</w:t>
            </w:r>
          </w:p>
        </w:tc>
      </w:tr>
      <w:tr w:rsidR="00412DAC" w14:paraId="27D4E78B" w14:textId="77777777">
        <w:trPr>
          <w:jc w:val="center"/>
        </w:trPr>
        <w:tc>
          <w:tcPr>
            <w:tcW w:w="2493" w:type="dxa"/>
          </w:tcPr>
          <w:p w14:paraId="1A60766D" w14:textId="77777777" w:rsidR="00412DAC" w:rsidRDefault="00952660">
            <w:r>
              <w:t>3</w:t>
            </w:r>
          </w:p>
        </w:tc>
        <w:tc>
          <w:tcPr>
            <w:tcW w:w="2493" w:type="dxa"/>
          </w:tcPr>
          <w:p w14:paraId="01ABF670" w14:textId="77777777" w:rsidR="00412DAC" w:rsidRDefault="00952660">
            <w:r>
              <w:t>Hi-hat</w:t>
            </w:r>
          </w:p>
        </w:tc>
        <w:tc>
          <w:tcPr>
            <w:tcW w:w="2493" w:type="dxa"/>
          </w:tcPr>
          <w:p w14:paraId="3D19DB10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23F5CD62" w14:textId="77777777" w:rsidR="00412DAC" w:rsidRDefault="00952660">
            <w:r>
              <w:t>Hi-hat mic</w:t>
            </w:r>
          </w:p>
        </w:tc>
      </w:tr>
      <w:tr w:rsidR="00412DAC" w14:paraId="7DC06034" w14:textId="77777777">
        <w:trPr>
          <w:jc w:val="center"/>
        </w:trPr>
        <w:tc>
          <w:tcPr>
            <w:tcW w:w="2493" w:type="dxa"/>
          </w:tcPr>
          <w:p w14:paraId="2DC38927" w14:textId="77777777" w:rsidR="00412DAC" w:rsidRDefault="00952660">
            <w:r>
              <w:t>4</w:t>
            </w:r>
          </w:p>
        </w:tc>
        <w:tc>
          <w:tcPr>
            <w:tcW w:w="2493" w:type="dxa"/>
          </w:tcPr>
          <w:p w14:paraId="417165D9" w14:textId="77777777" w:rsidR="00412DAC" w:rsidRDefault="00952660">
            <w:r>
              <w:t>Tom 1</w:t>
            </w:r>
          </w:p>
        </w:tc>
        <w:tc>
          <w:tcPr>
            <w:tcW w:w="2493" w:type="dxa"/>
          </w:tcPr>
          <w:p w14:paraId="365D1704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2C48BE7C" w14:textId="77777777" w:rsidR="00412DAC" w:rsidRDefault="00952660">
            <w:r>
              <w:t>Tom mic</w:t>
            </w:r>
          </w:p>
        </w:tc>
      </w:tr>
      <w:tr w:rsidR="00412DAC" w14:paraId="2C015D63" w14:textId="77777777">
        <w:trPr>
          <w:jc w:val="center"/>
        </w:trPr>
        <w:tc>
          <w:tcPr>
            <w:tcW w:w="2493" w:type="dxa"/>
          </w:tcPr>
          <w:p w14:paraId="58379DD4" w14:textId="77777777" w:rsidR="00412DAC" w:rsidRDefault="00952660">
            <w:r>
              <w:t>5</w:t>
            </w:r>
          </w:p>
        </w:tc>
        <w:tc>
          <w:tcPr>
            <w:tcW w:w="2493" w:type="dxa"/>
          </w:tcPr>
          <w:p w14:paraId="68AEC06E" w14:textId="77777777" w:rsidR="00412DAC" w:rsidRDefault="00952660">
            <w:r>
              <w:t>Tom 2</w:t>
            </w:r>
          </w:p>
        </w:tc>
        <w:tc>
          <w:tcPr>
            <w:tcW w:w="2493" w:type="dxa"/>
          </w:tcPr>
          <w:p w14:paraId="131923D1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467FB2F6" w14:textId="77777777" w:rsidR="00412DAC" w:rsidRDefault="00952660">
            <w:r>
              <w:t>Tom mic</w:t>
            </w:r>
          </w:p>
        </w:tc>
      </w:tr>
      <w:tr w:rsidR="00412DAC" w14:paraId="38AF6AB7" w14:textId="77777777">
        <w:trPr>
          <w:jc w:val="center"/>
        </w:trPr>
        <w:tc>
          <w:tcPr>
            <w:tcW w:w="2493" w:type="dxa"/>
          </w:tcPr>
          <w:p w14:paraId="4B686685" w14:textId="77777777" w:rsidR="00412DAC" w:rsidRDefault="00952660">
            <w:r>
              <w:t>6</w:t>
            </w:r>
          </w:p>
        </w:tc>
        <w:tc>
          <w:tcPr>
            <w:tcW w:w="2493" w:type="dxa"/>
          </w:tcPr>
          <w:p w14:paraId="7F31E80F" w14:textId="77777777" w:rsidR="00412DAC" w:rsidRDefault="00952660">
            <w:r>
              <w:t>Tom 3</w:t>
            </w:r>
          </w:p>
        </w:tc>
        <w:tc>
          <w:tcPr>
            <w:tcW w:w="2493" w:type="dxa"/>
          </w:tcPr>
          <w:p w14:paraId="38A08F4C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02A6163A" w14:textId="77777777" w:rsidR="00412DAC" w:rsidRDefault="00952660">
            <w:r>
              <w:t>Tom mic</w:t>
            </w:r>
          </w:p>
        </w:tc>
      </w:tr>
      <w:tr w:rsidR="00412DAC" w14:paraId="734FABAA" w14:textId="77777777">
        <w:trPr>
          <w:jc w:val="center"/>
        </w:trPr>
        <w:tc>
          <w:tcPr>
            <w:tcW w:w="2493" w:type="dxa"/>
          </w:tcPr>
          <w:p w14:paraId="3C9DB870" w14:textId="77777777" w:rsidR="00412DAC" w:rsidRDefault="00952660">
            <w:r>
              <w:t>7</w:t>
            </w:r>
          </w:p>
        </w:tc>
        <w:tc>
          <w:tcPr>
            <w:tcW w:w="2493" w:type="dxa"/>
          </w:tcPr>
          <w:p w14:paraId="09B975E2" w14:textId="77777777" w:rsidR="00412DAC" w:rsidRDefault="00952660">
            <w:r>
              <w:t>Floor Tom</w:t>
            </w:r>
          </w:p>
        </w:tc>
        <w:tc>
          <w:tcPr>
            <w:tcW w:w="2493" w:type="dxa"/>
          </w:tcPr>
          <w:p w14:paraId="2AEC26BC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4096C6A6" w14:textId="77777777" w:rsidR="00412DAC" w:rsidRDefault="00952660">
            <w:r>
              <w:t>Floor-tom mic</w:t>
            </w:r>
          </w:p>
        </w:tc>
      </w:tr>
      <w:tr w:rsidR="00412DAC" w14:paraId="19CE6411" w14:textId="77777777">
        <w:trPr>
          <w:jc w:val="center"/>
        </w:trPr>
        <w:tc>
          <w:tcPr>
            <w:tcW w:w="2493" w:type="dxa"/>
          </w:tcPr>
          <w:p w14:paraId="52797F09" w14:textId="77777777" w:rsidR="00412DAC" w:rsidRDefault="00952660">
            <w:r>
              <w:t>8</w:t>
            </w:r>
          </w:p>
        </w:tc>
        <w:tc>
          <w:tcPr>
            <w:tcW w:w="2493" w:type="dxa"/>
          </w:tcPr>
          <w:p w14:paraId="1A0B53DD" w14:textId="77777777" w:rsidR="00412DAC" w:rsidRDefault="00952660">
            <w:r>
              <w:t>Overhead L</w:t>
            </w:r>
          </w:p>
        </w:tc>
        <w:tc>
          <w:tcPr>
            <w:tcW w:w="2493" w:type="dxa"/>
          </w:tcPr>
          <w:p w14:paraId="3F9D05B9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05F16C24" w14:textId="77777777" w:rsidR="00412DAC" w:rsidRDefault="00952660">
            <w:r>
              <w:t>Overhead</w:t>
            </w:r>
          </w:p>
        </w:tc>
      </w:tr>
      <w:tr w:rsidR="00412DAC" w14:paraId="58AF7DF8" w14:textId="77777777">
        <w:trPr>
          <w:jc w:val="center"/>
        </w:trPr>
        <w:tc>
          <w:tcPr>
            <w:tcW w:w="2493" w:type="dxa"/>
          </w:tcPr>
          <w:p w14:paraId="1DE1A27D" w14:textId="77777777" w:rsidR="00412DAC" w:rsidRDefault="00952660">
            <w:r>
              <w:t>9</w:t>
            </w:r>
          </w:p>
        </w:tc>
        <w:tc>
          <w:tcPr>
            <w:tcW w:w="2493" w:type="dxa"/>
          </w:tcPr>
          <w:p w14:paraId="742365BB" w14:textId="77777777" w:rsidR="00412DAC" w:rsidRDefault="00952660">
            <w:r>
              <w:t>Overhead R</w:t>
            </w:r>
          </w:p>
        </w:tc>
        <w:tc>
          <w:tcPr>
            <w:tcW w:w="2493" w:type="dxa"/>
          </w:tcPr>
          <w:p w14:paraId="0D02AC5A" w14:textId="77777777" w:rsidR="00412DAC" w:rsidRDefault="00952660">
            <w:r>
              <w:t>Drums</w:t>
            </w:r>
          </w:p>
        </w:tc>
        <w:tc>
          <w:tcPr>
            <w:tcW w:w="2493" w:type="dxa"/>
          </w:tcPr>
          <w:p w14:paraId="3A9A9E16" w14:textId="77777777" w:rsidR="00412DAC" w:rsidRDefault="00952660">
            <w:r>
              <w:t>Overhead</w:t>
            </w:r>
          </w:p>
        </w:tc>
      </w:tr>
      <w:tr w:rsidR="00412DAC" w14:paraId="30707B81" w14:textId="77777777">
        <w:trPr>
          <w:jc w:val="center"/>
        </w:trPr>
        <w:tc>
          <w:tcPr>
            <w:tcW w:w="2493" w:type="dxa"/>
          </w:tcPr>
          <w:p w14:paraId="5F8073F9" w14:textId="77777777" w:rsidR="00412DAC" w:rsidRDefault="00952660">
            <w:r>
              <w:t>10</w:t>
            </w:r>
          </w:p>
        </w:tc>
        <w:tc>
          <w:tcPr>
            <w:tcW w:w="2493" w:type="dxa"/>
          </w:tcPr>
          <w:p w14:paraId="5DEE1257" w14:textId="77777777" w:rsidR="00412DAC" w:rsidRDefault="00952660">
            <w:r>
              <w:t>Brian guitar</w:t>
            </w:r>
          </w:p>
        </w:tc>
        <w:tc>
          <w:tcPr>
            <w:tcW w:w="2493" w:type="dxa"/>
          </w:tcPr>
          <w:p w14:paraId="11426940" w14:textId="77777777" w:rsidR="00412DAC" w:rsidRDefault="00952660">
            <w:r>
              <w:t>Brian</w:t>
            </w:r>
          </w:p>
        </w:tc>
        <w:tc>
          <w:tcPr>
            <w:tcW w:w="2493" w:type="dxa"/>
          </w:tcPr>
          <w:p w14:paraId="3BCC8754" w14:textId="77777777" w:rsidR="00412DAC" w:rsidRDefault="00952660">
            <w:r>
              <w:t>DI</w:t>
            </w:r>
          </w:p>
        </w:tc>
      </w:tr>
      <w:tr w:rsidR="00412DAC" w14:paraId="53BB8210" w14:textId="77777777">
        <w:trPr>
          <w:jc w:val="center"/>
        </w:trPr>
        <w:tc>
          <w:tcPr>
            <w:tcW w:w="2493" w:type="dxa"/>
          </w:tcPr>
          <w:p w14:paraId="663EE378" w14:textId="77777777" w:rsidR="00412DAC" w:rsidRDefault="00952660">
            <w:r>
              <w:t>11</w:t>
            </w:r>
          </w:p>
        </w:tc>
        <w:tc>
          <w:tcPr>
            <w:tcW w:w="2493" w:type="dxa"/>
          </w:tcPr>
          <w:p w14:paraId="15A96A1B" w14:textId="77777777" w:rsidR="00412DAC" w:rsidRDefault="00952660">
            <w:r>
              <w:t>Finn guitar</w:t>
            </w:r>
          </w:p>
        </w:tc>
        <w:tc>
          <w:tcPr>
            <w:tcW w:w="2493" w:type="dxa"/>
          </w:tcPr>
          <w:p w14:paraId="1F585CC9" w14:textId="77777777" w:rsidR="00412DAC" w:rsidRDefault="00952660">
            <w:r>
              <w:t>Finn</w:t>
            </w:r>
          </w:p>
        </w:tc>
        <w:tc>
          <w:tcPr>
            <w:tcW w:w="2493" w:type="dxa"/>
          </w:tcPr>
          <w:p w14:paraId="1BEC4FBB" w14:textId="77777777" w:rsidR="00412DAC" w:rsidRDefault="00952660">
            <w:r>
              <w:t>DI</w:t>
            </w:r>
          </w:p>
        </w:tc>
      </w:tr>
      <w:tr w:rsidR="00412DAC" w14:paraId="194BF62D" w14:textId="77777777">
        <w:trPr>
          <w:jc w:val="center"/>
        </w:trPr>
        <w:tc>
          <w:tcPr>
            <w:tcW w:w="2493" w:type="dxa"/>
          </w:tcPr>
          <w:p w14:paraId="5B798471" w14:textId="77777777" w:rsidR="00412DAC" w:rsidRDefault="00952660">
            <w:r>
              <w:t>12</w:t>
            </w:r>
          </w:p>
        </w:tc>
        <w:tc>
          <w:tcPr>
            <w:tcW w:w="2493" w:type="dxa"/>
          </w:tcPr>
          <w:p w14:paraId="5FDABAB7" w14:textId="77777777" w:rsidR="00412DAC" w:rsidRDefault="00952660">
            <w:r>
              <w:t>Eddy bass</w:t>
            </w:r>
          </w:p>
        </w:tc>
        <w:tc>
          <w:tcPr>
            <w:tcW w:w="2493" w:type="dxa"/>
          </w:tcPr>
          <w:p w14:paraId="6539EC40" w14:textId="77777777" w:rsidR="00412DAC" w:rsidRDefault="00952660">
            <w:r>
              <w:t>Eddy</w:t>
            </w:r>
          </w:p>
        </w:tc>
        <w:tc>
          <w:tcPr>
            <w:tcW w:w="2493" w:type="dxa"/>
          </w:tcPr>
          <w:p w14:paraId="7A29310F" w14:textId="77777777" w:rsidR="00412DAC" w:rsidRDefault="00952660">
            <w:r>
              <w:t>DI</w:t>
            </w:r>
          </w:p>
        </w:tc>
      </w:tr>
      <w:tr w:rsidR="00412DAC" w14:paraId="515ABF0C" w14:textId="77777777">
        <w:trPr>
          <w:jc w:val="center"/>
        </w:trPr>
        <w:tc>
          <w:tcPr>
            <w:tcW w:w="2493" w:type="dxa"/>
          </w:tcPr>
          <w:p w14:paraId="122FDB37" w14:textId="77777777" w:rsidR="00412DAC" w:rsidRDefault="00952660">
            <w:r>
              <w:t>13</w:t>
            </w:r>
          </w:p>
        </w:tc>
        <w:tc>
          <w:tcPr>
            <w:tcW w:w="2493" w:type="dxa"/>
          </w:tcPr>
          <w:p w14:paraId="50F98FAA" w14:textId="77777777" w:rsidR="00412DAC" w:rsidRDefault="00952660">
            <w:r>
              <w:t>Job vocal</w:t>
            </w:r>
          </w:p>
        </w:tc>
        <w:tc>
          <w:tcPr>
            <w:tcW w:w="2493" w:type="dxa"/>
          </w:tcPr>
          <w:p w14:paraId="11095FED" w14:textId="77777777" w:rsidR="00412DAC" w:rsidRDefault="00952660">
            <w:r>
              <w:t>Job</w:t>
            </w:r>
          </w:p>
        </w:tc>
        <w:tc>
          <w:tcPr>
            <w:tcW w:w="2493" w:type="dxa"/>
          </w:tcPr>
          <w:p w14:paraId="2FB1C18B" w14:textId="77777777" w:rsidR="00412DAC" w:rsidRDefault="00952660">
            <w:r>
              <w:t>Vocal mic</w:t>
            </w:r>
          </w:p>
        </w:tc>
      </w:tr>
      <w:tr w:rsidR="00412DAC" w14:paraId="04AE7EF8" w14:textId="77777777">
        <w:trPr>
          <w:jc w:val="center"/>
        </w:trPr>
        <w:tc>
          <w:tcPr>
            <w:tcW w:w="2493" w:type="dxa"/>
          </w:tcPr>
          <w:p w14:paraId="21600920" w14:textId="77777777" w:rsidR="00412DAC" w:rsidRDefault="00952660">
            <w:r>
              <w:t>14</w:t>
            </w:r>
          </w:p>
        </w:tc>
        <w:tc>
          <w:tcPr>
            <w:tcW w:w="2493" w:type="dxa"/>
          </w:tcPr>
          <w:p w14:paraId="7C4ADB53" w14:textId="77777777" w:rsidR="00412DAC" w:rsidRDefault="00952660">
            <w:r>
              <w:t>Brian vocal</w:t>
            </w:r>
          </w:p>
        </w:tc>
        <w:tc>
          <w:tcPr>
            <w:tcW w:w="2493" w:type="dxa"/>
          </w:tcPr>
          <w:p w14:paraId="5ECD0306" w14:textId="77777777" w:rsidR="00412DAC" w:rsidRDefault="00952660">
            <w:r>
              <w:t>Brian</w:t>
            </w:r>
          </w:p>
        </w:tc>
        <w:tc>
          <w:tcPr>
            <w:tcW w:w="2493" w:type="dxa"/>
          </w:tcPr>
          <w:p w14:paraId="79F9F164" w14:textId="77777777" w:rsidR="00412DAC" w:rsidRDefault="00952660">
            <w:r>
              <w:t>Vocal mic</w:t>
            </w:r>
          </w:p>
        </w:tc>
      </w:tr>
      <w:tr w:rsidR="00412DAC" w14:paraId="0F4FFCD8" w14:textId="77777777">
        <w:trPr>
          <w:jc w:val="center"/>
        </w:trPr>
        <w:tc>
          <w:tcPr>
            <w:tcW w:w="2493" w:type="dxa"/>
          </w:tcPr>
          <w:p w14:paraId="3549AA77" w14:textId="77777777" w:rsidR="00412DAC" w:rsidRDefault="00952660">
            <w:r>
              <w:t>15</w:t>
            </w:r>
          </w:p>
        </w:tc>
        <w:tc>
          <w:tcPr>
            <w:tcW w:w="2493" w:type="dxa"/>
          </w:tcPr>
          <w:p w14:paraId="661D5DD0" w14:textId="77777777" w:rsidR="00412DAC" w:rsidRDefault="00952660">
            <w:r>
              <w:t>Eddy vocal</w:t>
            </w:r>
          </w:p>
        </w:tc>
        <w:tc>
          <w:tcPr>
            <w:tcW w:w="2493" w:type="dxa"/>
          </w:tcPr>
          <w:p w14:paraId="0FA4D273" w14:textId="77777777" w:rsidR="00412DAC" w:rsidRDefault="00952660">
            <w:r>
              <w:t>Eddy</w:t>
            </w:r>
          </w:p>
        </w:tc>
        <w:tc>
          <w:tcPr>
            <w:tcW w:w="2493" w:type="dxa"/>
          </w:tcPr>
          <w:p w14:paraId="412A501B" w14:textId="77777777" w:rsidR="00412DAC" w:rsidRDefault="00952660">
            <w:r>
              <w:t>Vocal mic</w:t>
            </w:r>
          </w:p>
        </w:tc>
      </w:tr>
    </w:tbl>
    <w:p w14:paraId="0AA3A691" w14:textId="77777777" w:rsidR="00412DAC" w:rsidRDefault="00412DAC"/>
    <w:p w14:paraId="68809D74" w14:textId="77777777" w:rsidR="00193C87" w:rsidRDefault="00193C87"/>
    <w:p w14:paraId="1B492401" w14:textId="77777777" w:rsidR="00193C87" w:rsidRDefault="00193C87"/>
    <w:p w14:paraId="238CEF0D" w14:textId="77777777" w:rsidR="00193C87" w:rsidRDefault="00193C87"/>
    <w:p w14:paraId="634229E7" w14:textId="77777777" w:rsidR="00193C87" w:rsidRDefault="00193C87"/>
    <w:p w14:paraId="6A8A939F" w14:textId="7706641F" w:rsidR="00193C87" w:rsidRDefault="00193C87" w:rsidP="00193C87">
      <w:pPr>
        <w:jc w:val="center"/>
      </w:pPr>
      <w:r w:rsidRPr="00193C87">
        <w:rPr>
          <w:noProof/>
        </w:rPr>
        <w:drawing>
          <wp:inline distT="0" distB="0" distL="0" distR="0" wp14:anchorId="4B3BF7D1" wp14:editId="78C8E2E7">
            <wp:extent cx="1466850" cy="1571625"/>
            <wp:effectExtent l="0" t="0" r="0" b="9525"/>
            <wp:docPr id="4963459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459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419" cy="157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3C87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0102277">
    <w:abstractNumId w:val="8"/>
  </w:num>
  <w:num w:numId="2" w16cid:durableId="828983483">
    <w:abstractNumId w:val="6"/>
  </w:num>
  <w:num w:numId="3" w16cid:durableId="1963267670">
    <w:abstractNumId w:val="5"/>
  </w:num>
  <w:num w:numId="4" w16cid:durableId="774639456">
    <w:abstractNumId w:val="4"/>
  </w:num>
  <w:num w:numId="5" w16cid:durableId="632179005">
    <w:abstractNumId w:val="7"/>
  </w:num>
  <w:num w:numId="6" w16cid:durableId="1557354270">
    <w:abstractNumId w:val="3"/>
  </w:num>
  <w:num w:numId="7" w16cid:durableId="725639107">
    <w:abstractNumId w:val="2"/>
  </w:num>
  <w:num w:numId="8" w16cid:durableId="1162624219">
    <w:abstractNumId w:val="1"/>
  </w:num>
  <w:num w:numId="9" w16cid:durableId="1164396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4E9"/>
    <w:rsid w:val="0006063C"/>
    <w:rsid w:val="0015074B"/>
    <w:rsid w:val="00193C87"/>
    <w:rsid w:val="0029639D"/>
    <w:rsid w:val="00297D05"/>
    <w:rsid w:val="00326F90"/>
    <w:rsid w:val="00391716"/>
    <w:rsid w:val="00412DAC"/>
    <w:rsid w:val="00552681"/>
    <w:rsid w:val="00952660"/>
    <w:rsid w:val="00AA1D8D"/>
    <w:rsid w:val="00B47730"/>
    <w:rsid w:val="00CB0664"/>
    <w:rsid w:val="00EE68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6B211AF-AEAD-4484-B658-1D848DA2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ptos" w:hAnsi="Apto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e9340-9f13-437e-8dc2-684d181c7ffc">
      <Terms xmlns="http://schemas.microsoft.com/office/infopath/2007/PartnerControls"/>
    </lcf76f155ced4ddcb4097134ff3c332f>
    <TaxCatchAll xmlns="41a27952-bc3c-4cba-811c-0640c97b30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D4F99F10C2D4C8E491F8E90735312" ma:contentTypeVersion="13" ma:contentTypeDescription="Een nieuw document maken." ma:contentTypeScope="" ma:versionID="b4ffb18cc3632c1767ff62dc5c9747d2">
  <xsd:schema xmlns:xsd="http://www.w3.org/2001/XMLSchema" xmlns:xs="http://www.w3.org/2001/XMLSchema" xmlns:p="http://schemas.microsoft.com/office/2006/metadata/properties" xmlns:ns2="12ae9340-9f13-437e-8dc2-684d181c7ffc" xmlns:ns3="41a27952-bc3c-4cba-811c-0640c97b30ee" targetNamespace="http://schemas.microsoft.com/office/2006/metadata/properties" ma:root="true" ma:fieldsID="2c257a7cac6ae32fa084cb9128f2888a" ns2:_="" ns3:_="">
    <xsd:import namespace="12ae9340-9f13-437e-8dc2-684d181c7ffc"/>
    <xsd:import namespace="41a27952-bc3c-4cba-811c-0640c97b3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e9340-9f13-437e-8dc2-684d181c7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3bec340-bc54-4fac-a819-1f599f89e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27952-bc3c-4cba-811c-0640c97b30e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636a22-20a1-4f66-8c89-6a1d872d26d7}" ma:internalName="TaxCatchAll" ma:showField="CatchAllData" ma:web="41a27952-bc3c-4cba-811c-0640c97b3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2CA73D-9946-4DB7-BB6C-F9E9EA4BA7FB}">
  <ds:schemaRefs>
    <ds:schemaRef ds:uri="http://schemas.microsoft.com/office/2006/metadata/properties"/>
    <ds:schemaRef ds:uri="http://schemas.microsoft.com/office/infopath/2007/PartnerControls"/>
    <ds:schemaRef ds:uri="12ae9340-9f13-437e-8dc2-684d181c7ffc"/>
    <ds:schemaRef ds:uri="41a27952-bc3c-4cba-811c-0640c97b30ee"/>
  </ds:schemaRefs>
</ds:datastoreItem>
</file>

<file path=customXml/itemProps2.xml><?xml version="1.0" encoding="utf-8"?>
<ds:datastoreItem xmlns:ds="http://schemas.openxmlformats.org/officeDocument/2006/customXml" ds:itemID="{62585B7F-8E3C-43E6-ABEA-E17F1CA8F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2DB5E-FA8C-40AC-850C-AD5C25752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e9340-9f13-437e-8dc2-684d181c7ffc"/>
    <ds:schemaRef ds:uri="41a27952-bc3c-4cba-811c-0640c97b3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Provo</cp:lastModifiedBy>
  <cp:revision>2</cp:revision>
  <dcterms:created xsi:type="dcterms:W3CDTF">2026-09-17T11:28:00Z</dcterms:created>
  <dcterms:modified xsi:type="dcterms:W3CDTF">2026-09-17T11:28:00Z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0x010100551D4F99F10C2D4C8E491F8E90735312</vt:lpwstr>
  </property>
  <property fmtid="{D5CDD505-2E9C-101B-9397-08002B2CF9AE}" pid="3" name="MediaServiceImageTags">
    <vt:lpwstr/>
  </property>
</Properties>
</file>